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אוצר מילים מרכזי מכל 20 יחידות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מבנים לשוניים בסיסיים: הווה, שייכות, זכר/נקבה, מילות שאלה ויחס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ולכתוב משפטים פשוטים על עצמי, המשפחה, היום יום והחברה הישראלית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ביטחון בשימוש בעברית מדוברת דרך שירים מוכרים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אני והיכרות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/ תלמידה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להתראות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אני והיכרות – כינויי גוף ומילות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אני והיכרות – התאמה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(פנייה לבן)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(פנייה לבת)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שלישי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(גוף שלישי נקבה)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אני והיכרות – נכון או לא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משפחה, ארצות ושפות – התאמת ארץ לשפה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(אנגלית)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משפחה, ארצות ושפות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משפחה, ארצות ושפות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שם ארץ ושם שפה מתאים, למשל: אני גר בישראל ומדבר 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יום יום, לימודים ועבודה – התאמה: ימים, שעות ומקצועות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(היום הראשון בשבוע)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(עובד או עובדת בבית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(סוף היום)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יום יום, לימודים ועבודה – משלימים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אוכלות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יום יום, לימודים ועבודה – כותבים על יום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נכונים בזמן הווה עם מילות זמן כמו בבקר,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בזמן הווה המתאר פעולה הקשורה למקצוע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עונות, אוכל ובריאות – אוצר מילים: גוף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(חלק בגוף שבו 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(חלק בגוף שבו נמצא האוכל שאכלנו)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(איתם הולכים)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(איתם כותבים ואוכלים)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עונות, אוכל ובריאות – משפטים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עונות, אוכל ובריאות – חושבים ומסבירים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עונות, אוכל ובריאות – 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ביחד וישראליות – היכרות עם מילים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אכן השיר מזכיר אותן כחלק מהתכונות הישראליות שבו.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תכלס פירושו בעצם או בקיצור, לא אולי.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ביחד וישראליות – תרגול לשוני: משפט סתמי ודרגות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ביחד וישראליות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הפותח ב'אומרים ש...' ומביע הכללה מקובלת, למשל 'אומרים שבישראל כולם מכירים את כולם'.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אוצר מילים ודקדוק מכל היחידות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נעים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רופא / רופאה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 עם "אני", שם, ארץ/עיר ותחביב אחד לפחות.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מצליח/ה לציין מילים רלוונטיות מהיחידות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הנמקה קצרה וברורה, אפילו במשפט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נכון דקדוקית ומשתמש במבנה שנלמד (הווה, שייכות וכד')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פרק אחד בכל שיעור ולחזור על אוצר המילים בתחילת השיעור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בפעילויות ההתאמה והמיון, ולדלג על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להשמיע את השיר של כל יחידה בתחילת העבודה, גם אם לא כל המילים מובנות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בית נוסף לשיר או דיאלוג ארוך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תשמעו שיר, תלמדו מילים חדשות ותתרגלו אותן במשחקים ובכתיבה. אפשר לעבוד לבד או בזוגות, ולחזור לכל פרק כמה 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נעים  ·  הכי  ·  מרגישה  ·  מדבר  ·  שינקין  ·  ראש  ·  אוכלים  ·  שלומך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אני והיכרות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כשפוגשים מישהו חדש ורוצים להציג את עצמנו?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לילד או ילדה שלומדים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 /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אומרים כשנפרדים בסוף 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אני והיכרות – כינויי גוף ומילות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 __________? - טוב, תודה!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אני והיכרות – התאמה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שלישי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שלישי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פנייה לבת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היא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פנייה לבן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אני והיכרות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משפחה, ארצות ושפות – התאמת ארץ לשפה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משפחה, ארצות ושפות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איפה את/ה גר/ה? אני גר/ה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אני __________ עברית ואנגלית.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משפחה, ארצות ושפות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שמספר באיזו ארץ אתם גרים ואיזו שפה מדברים שם.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יום יום, לימודים ועבודה – התאמה: ימים, שעות ומקצועות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יום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סוף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רופא / רופאה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היום הראשון בשבוע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עובד או עובדת בבית 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תחילת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יום יום, לימודים ועבודה – משלימים בזמן הווה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הוא ___ בשעה שבע.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הן ___ ארוחת בקר.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אוכלות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יום יום, לימודים ועבודה – כותבים על יום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הלו"ז שלכם: מתי קמים, מתי הולכים ללמוד, מתי אוכלים.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על מקצוע שאתם אוהבים: מה עושים בעבודה הזאת?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עונות, אוכל ובריאות – אוצר מילים: גוף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איתם הולכים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איתם כותבים ואוכלים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חלק בגוף שבו חושבים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בגוף שבו נמצא האוכל שאכלנו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עונות, אוכל ובריאות – משפטים על 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איך את __________ היום?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כואב לי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עונות, אוכל ובריאות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עונות, אוכל ובריאות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ביחד וישראליות – היכרות עם מילים וביטויים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'הכי ישראלי' מזכיר את המילים פלאפל וחומוס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'תכלס' משמעותה 'אולי'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ביחד וישראליות – תרגול לשוני: משפט סתמי ודרגות 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בישראל __________ חומוס כמעט בכל ארוחה.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ישראלי – יותר ישראלי – __________ ישראלי.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ביחד וישראליות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שמתחיל במילים 'אומרים ש...' על משהו שמקובל לחשוב עליו בישראל.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אוצר מילים ודקדוק מכל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כשפוגשים מישהו חדש ורוצים להציג את עצמם?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בצרפת מדברים ב___.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עובד בבית חולים ועוזר לחולים?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נהג / 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רופא / 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טבח / טבחית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היכרות קצר: שם, מאיפה אתם, ומה 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מילים חדשות אני זוכר/ת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שיר הכי אהבתי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