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אוצר מילים מרכזי מכל 20 יחידות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מבנים לשוניים בסיסיים: הווה, שייכות, זכר/נקבה, מילות שאלה ויחס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ולכתוב משפטים פשוטים על עצמי, המשפחה, היום יום והחברה הישראלית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ביטחון בשימוש בעברית מדוברת דרך שירים מוכרים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אני והיכרות – אוצר מילים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נעים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 / תלמידה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להתראות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ככה־ככה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מורה /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אני והיכרות – כינויי גוף ומילות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אני והיכרות – התאמה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(פנייה לבן)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(פנייה לבת)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(גוף שלישי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(גוף שלישי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(גוף ראשון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אני והיכרות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תלמידה היא צורת נקבה, ותלמיד הוא הצורה בזכר.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משפחה, ארצות ושפות – התאמת ארץ לשפה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(צרפתית)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(ספרדית)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(אנגלית)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(אמהרית)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משפחה, ארצות ושפות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ספרדית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משפחה, ארצות ושפות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שם ארץ ושם שפה מתאים, למשל: אני גר בישראל ומדבר עברית.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בדרך כלל סיומת ־י/־ית לשם הארץ, למשל איטליה - איטלקית.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 משפטים ברורים הכוללים את שתי המילים ואת ההסבר האישי.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יום יום, לימודים ועבודה – התאמה: ימים, שעות ומקצועות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(היום הראשון בשבוע)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(היום שלפני 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(עובד או עובדת בבית 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(נוהג או נוהגת באוטובוס)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(תחילת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(סוף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יום יום, לימודים ועבודה – משלימים 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אוכלות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יום יום, לימודים ועבודה – כותבים על יום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נכונים בזמן הווה עם מילות זמן כמו בבקר,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בזמן הווה המתאר פעולה הקשורה למקצוע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 של 4-5 משפטים ברצף הגיוני עם מילות הזמן ובזמן הווה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עונות, אוכל ובריאות – אוצר מילים: גוף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(חלק בגוף שבו חושבים)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(חלק בגוף שבו נמצא האוכל שאכלנו)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(איתם הולכים)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(איתם כותבים ואוכלים)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(עוזר או עוזרת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(עוזרת להרגיש טוב יותר כשחולים)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עונות, אוכל ובריאות – משפטים על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עונות, אוכל ובריאות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איברי הגוף הזוגיים הם בלשון נקבה, ולכן אומרים 'כואבת לי הרגל'.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הסיומת הזאת מציינת זוגיות, גם באיברי גוף וגם בחפצים כמו מספריים ומשקפיים.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עונות, אוכל ובריאות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כואבת לי הבטן.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ביחד וישראליות – היכרות עם מילים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 השיר מזכיר אותן כחלק מהתכונות הישראליות שבו.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תכלס פירושו בעצם או בקיצור, לא אולי.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דווקא מדבר על נתינה ועל חיים ביחד תחת אותם שמיים.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מנהג הוא דבר שעושים שוב ושוב כחלק מהתרבות או המסורת.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ביחד וישראליות – תרגול לשוני: משפט סתמי ודרגות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ביחד וישראליות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הפותח ב'אומרים ש...' ומביע הכללה מקובלת, למשל 'אומרים שבישראל כולם מכירים את כולם'.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שלושה משפטים שמסבירים בחירה של דבר 'הכי ישראלי' ונימוק קצר לכל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קצר של פעילות משותפת (משחק, עבודה, טיול) וההסבר מדוע השיתוף שיפר את החוויה.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אוצר מילים ודקדוק מכל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נעים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רופא /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בהווה עם "אני", שם, ארץ/עיר ותחביב אחד לפחות.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יום עם לפחות 3 פעלים בהווה ומילות רצף שמסדרות את הפעולות בזמן.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הסבר קצר, אפשר להשתמש בתבנית "הכי ישראלי זה..." או "אומרים ש...".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לציין מילים רלוונטיות מהיחידות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הנמקה קצרה וברורה, אפילו במשפט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נכון דקדוקית ומשתמש במבנה שנלמד (הווה, שייכות וכד')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ולחזור על אוצר המילים בתחילת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בפעילויות ההתאמה והמיון, ולדלג על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להשמיע את השיר של כל יחידה בתחילת העבודה, גם אם לא כל המילים מובנות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כתיבת בית נוסף לשיר או דיאלוג ארוך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תשמעו שיר, תלמדו מילים חדשות ותתרגלו אותן במשחקים ובכתיבה. אפשר לעבוד לבד או בזוגות, ולחזור לכל פרק כמה פעמים.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אני והיכרות – אוצר מילים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כשפוגשים מישהו חדש ורוצים להציג את עצמנו?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ככה־ככה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לילד או ילדה שלומדים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 / 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כשנפרדים בסוף 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עונים על 'מה שלומך' כשמרגישים לא רע ולא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ככה־ככה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מלמד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 /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אני והיכרות – כינויי גוף ומילות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שמי דנה, __________ מאוד!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מאיפה __________? אני מצרפת.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__________? - טוב, תודה!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אני והיכרות – התאמה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פנייה לבת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שלישי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פנייה לבן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שלישי זכר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אני והיכרות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'תלמידה' מתארת ילד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משפחה, ארצות ושפות – התאמת ארץ לשפה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אמהרית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אנגליה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אתיופיה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צרפתית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משפחה, ארצות ושפות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איפה את/ה גר/ה? אני גר/ה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עברית ואנגלית.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__________ חבר ברוסיה.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בצרפת מדברים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בספרד מדברים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משפחה, ארצות ושפות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שמספר באיזו ארץ אתם גרים ואיזו שפה מדברים שם.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איך הופכים שם של ארץ לשם של שפה, ותנו דוגמה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שלושה משפטים על 'מילון החצר' שלכם: מילה מהבית, מילה בעברית, ומשפט שמסביר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יום יום, לימודים ועבודה – התאמה: ימים, שעות ומקצועות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יום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היום שלפני שבת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שישי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נוהג או נוהגת באוטובוס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רופא / רופאה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תחילת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נהג / נהגת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היום הראשון בשבוע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סוף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עובד או עובדת בבית חולים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יום יום, לימודים ועבודה – משלימים בזמן הווה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הוא ___ בשעה שבע.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הן ___ ארוחת בקר.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אמא שלי עובדת בבית חולים, היא ___.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אנחנו ___ בבית ספר.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אחרי יום חמישי בא יום ___.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יום יום, לימודים ועבודה – כותבים על יום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הלו"ז שלכם: מתי קמים, מתי הולכים ללמוד, מתי אוכלים.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מקצוע שאתם אוהבים: מה עושים בעבודה הזאת?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 'יום בחיי' עם המילים קודם, אחר כך,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עונות, אוכל ובריאות – אוצר מילים: גוף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או עוזרת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איתם הולכים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איתם כותבים ואוכלים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בגוף שבו חושבים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רופא / רופאה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עוזרת להרגיש טוב יותר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חלק בגוף שבו נמצא האוכל שאכלנו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עונות, אוכל ובריאות – משפטים על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איך את __________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כואב לי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שתי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הרופאה נותנת לי __________ כשאני חולה.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עונות, אוכל ובריאות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'רגליים' היא בלשון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הסיומת ־יים מופיעה במילים שמתארות זוג, כמו ידיים ומשקפיים.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עונות, אוכל ובריאות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'כואבת' ואיבר גוף בלשון נקבה, לדוגמה הרגל או הבטן.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ביחד וישראליות – היכרות עם מילים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'הכי ישראלי' מזכיר את המילים פלאפל וחומוס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'תכלס' משמעותה 'אולי'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'ביחד' מדבר על זה שכולם צריכים להיות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'מנהג' פירושה נוהג שחוזר על עצמו בחברה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ביחד וישראליות – תרגול לשוני: משפט סתמי ודרגות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בישראל __________ חומוס כמעט בכל ארוחה.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ישראלי – יותר ישראלי – __________ ישראלי.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שיהיה גשם מחר, אבל אף אחד לא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כשמישהו אומר 'יהיה __________', הוא מתכוון שהכול יסתדר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במשפט סתמי הפועל בא בגוף __________ רבים, כמו ב'אומרים' או 'נוהגים'.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ביחד וישראליות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שמתחיל במילים 'אומרים ש...' על משהו שמקובל לחשוב עליו בישראל.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שורות: מה הכי ישראלי בעיניכם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פעולה אחת שעשיתם ביחד עם מישהו, ולמה היה טוב לעשות אותה ביחד ולא 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אוצר מילים ודקדוק מכל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כשפוגשים מישהו חדש ורוצים להציג את עצמם?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ככה־ככה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בצרפת מדברים ב___.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עובד בבית חולים ועוזר לחולים?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נהג / נהגת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 / 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טבח / טבחית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שוטר / שוטרת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אחרי יום חמישי בא יום ___.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כואבות לי ה___ (שתיהן).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הפועל "מתקלח" שייך לבניין שמציין פעולה שאדם עושה לעצמו. איך נקרא הבניין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משפט סתמי כמו "אומרים ש..." מתאפיין בכך שה___ בו אינו מפורש.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מילה מתאימה למילות הרצף שמסדרות פעולות בזמן?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היכרות קצר: שם, מאיפה אתם, ומה אתם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יום רגיל שלכם בעברית. השתמשו בשלושה פעלים משגרה (למשל קם, אוכל, הולך) ובמילות רצף כמו קודם ואחר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הכי ישראלי בעיניכם? כתבו 2-3 משפטים והסבירו למה בחרתם דווקא בזה.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מילים חדשות אני זוכר/ת מהחוברת?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שיר הכי אהבתי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משפט חדש בעברית אני כבר יודע/ת להגיד?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לומדים עברית בשירים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